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2FCA2" w14:textId="53FDCD50" w:rsidR="00DF50D5" w:rsidRPr="00EE2C4C" w:rsidRDefault="00EE2C4C" w:rsidP="00EE2C4C">
      <w:pPr>
        <w:tabs>
          <w:tab w:val="left" w:pos="3264"/>
          <w:tab w:val="center" w:pos="4819"/>
        </w:tabs>
        <w:jc w:val="right"/>
        <w:rPr>
          <w:b/>
          <w:bCs/>
          <w:noProof/>
          <w:sz w:val="20"/>
          <w:szCs w:val="20"/>
          <w:highlight w:val="yellow"/>
          <w:lang w:val="nl-NL"/>
        </w:rPr>
      </w:pPr>
      <w:r w:rsidRPr="00D007ED">
        <w:rPr>
          <w:noProof/>
        </w:rPr>
        <w:drawing>
          <wp:inline distT="0" distB="0" distL="0" distR="0" wp14:anchorId="4ABA4DA7" wp14:editId="6841E678">
            <wp:extent cx="2720340" cy="2225837"/>
            <wp:effectExtent l="0" t="0" r="0" b="0"/>
            <wp:docPr id="411243609" name="Afbeelding 2" descr="Afbeelding met tekst, fle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12032" name="Afbeelding 2" descr="Afbeelding met tekst, fles&#10;&#10;Door AI gegenereerde inhoud is mogelijk onjui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4571" cy="2237481"/>
                    </a:xfrm>
                    <a:prstGeom prst="rect">
                      <a:avLst/>
                    </a:prstGeom>
                    <a:noFill/>
                    <a:ln>
                      <a:noFill/>
                    </a:ln>
                  </pic:spPr>
                </pic:pic>
              </a:graphicData>
            </a:graphic>
          </wp:inline>
        </w:drawing>
      </w:r>
    </w:p>
    <w:p w14:paraId="5B3EEB6C" w14:textId="706EFACC" w:rsidR="00264657" w:rsidRPr="00EE2C4C" w:rsidRDefault="00264657" w:rsidP="00EE2C4C">
      <w:pPr>
        <w:jc w:val="right"/>
        <w:rPr>
          <w:b/>
          <w:bCs/>
          <w:noProof/>
          <w:sz w:val="18"/>
          <w:szCs w:val="18"/>
          <w:lang w:val="nl-NL"/>
        </w:rPr>
      </w:pPr>
    </w:p>
    <w:p w14:paraId="5E10F1E1" w14:textId="014451D0" w:rsidR="00540852" w:rsidRPr="00EE2C4C" w:rsidRDefault="00787718" w:rsidP="00EE2C4C">
      <w:pPr>
        <w:rPr>
          <w:rFonts w:ascii="Calibri Light" w:eastAsiaTheme="majorEastAsia" w:hAnsi="Calibri Light" w:cs="Calibri Light"/>
          <w:b/>
          <w:bCs/>
          <w:color w:val="76923C" w:themeColor="accent3" w:themeShade="BF"/>
          <w:sz w:val="48"/>
          <w:szCs w:val="48"/>
          <w:lang w:val="nl-NL"/>
        </w:rPr>
      </w:pPr>
      <w:r w:rsidRPr="00EE2C4C">
        <w:rPr>
          <w:rFonts w:ascii="Calibri Light" w:hAnsi="Calibri Light" w:cs="Calibri Light"/>
          <w:b/>
          <w:bCs/>
          <w:color w:val="000000" w:themeColor="text1"/>
          <w:sz w:val="48"/>
          <w:szCs w:val="48"/>
          <w:highlight w:val="yellow"/>
          <w:lang w:val="nl-NL"/>
        </w:rPr>
        <w:t>Kijkwijzer Pedagogisch Klimaat</w:t>
      </w:r>
    </w:p>
    <w:p w14:paraId="427389AA" w14:textId="77777777" w:rsidR="00EE2C4C" w:rsidRPr="00EE2C4C" w:rsidRDefault="00EE2C4C" w:rsidP="00EE2C4C">
      <w:pPr>
        <w:rPr>
          <w:lang w:val="nl-NL"/>
        </w:rPr>
      </w:pPr>
    </w:p>
    <w:p w14:paraId="4B1C2DCA" w14:textId="102543BA" w:rsidR="00540852" w:rsidRPr="004027AE" w:rsidRDefault="00787718" w:rsidP="00F802B3">
      <w:p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Binnen SWV ZOUT werken we aan inclusief onderwijs waarin iedere leerling erbij hoort, zich gezien voelt en tot leren kan komen. Het pedagogisch klimaat vormt de basis: de relatie tussen leerkracht en leerling bepaalt in hoge mate de veiligheid, motivatie en betrokkenheid van leerlingen. Deze kijkwijzer helpt om samen te kijken naar het pedagogisch handelen van de leerkracht. De nadruk ligt op waarnemen, waarderen en ontwikkelen.</w:t>
      </w:r>
    </w:p>
    <w:p w14:paraId="13156B30" w14:textId="1509ABB1" w:rsidR="00540852" w:rsidRPr="00073F59" w:rsidRDefault="00787718" w:rsidP="00BD7E89">
      <w:pPr>
        <w:pStyle w:val="Kop2"/>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8F200"/>
        <w:tabs>
          <w:tab w:val="left" w:pos="6435"/>
        </w:tabs>
        <w:rPr>
          <w:rFonts w:ascii="Calibri Light" w:hAnsi="Calibri Light" w:cs="Calibri Light"/>
          <w:color w:val="auto"/>
          <w:lang w:val="nl-NL"/>
        </w:rPr>
      </w:pPr>
      <w:r w:rsidRPr="00073F59">
        <w:rPr>
          <w:rFonts w:ascii="Calibri Light" w:hAnsi="Calibri Light" w:cs="Calibri Light"/>
          <w:color w:val="auto"/>
          <w:lang w:val="nl-NL"/>
        </w:rPr>
        <w:t>1. Contact en relatie</w:t>
      </w:r>
      <w:r w:rsidR="00BD7E89">
        <w:rPr>
          <w:rFonts w:ascii="Calibri Light" w:hAnsi="Calibri Light" w:cs="Calibri Light"/>
          <w:color w:val="auto"/>
          <w:lang w:val="nl-NL"/>
        </w:rPr>
        <w:tab/>
      </w:r>
    </w:p>
    <w:p w14:paraId="37BDCAE2" w14:textId="77777777" w:rsidR="00540852" w:rsidRPr="00EE2C4C" w:rsidRDefault="00787718" w:rsidP="00F802B3">
      <w:p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b/>
          <w:bCs/>
          <w:lang w:val="nl-NL"/>
        </w:rPr>
      </w:pPr>
      <w:r w:rsidRPr="00EE2C4C">
        <w:rPr>
          <w:rFonts w:ascii="Calibri Light" w:hAnsi="Calibri Light" w:cs="Calibri Light"/>
          <w:b/>
          <w:bCs/>
          <w:lang w:val="nl-NL"/>
        </w:rPr>
        <w:t>Observatievraag: Hoe zorgt de leerkracht voor wederkerig contact en een veilige, warme relatie met leerlingen?</w:t>
      </w:r>
    </w:p>
    <w:p w14:paraId="138B598B" w14:textId="1D5354A1" w:rsidR="009C26C4" w:rsidRPr="004027AE" w:rsidRDefault="00787718" w:rsidP="00F802B3">
      <w:p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Waarneembare gedragingen en aandachtspunten:</w:t>
      </w:r>
      <w:r w:rsidR="00EE2C4C">
        <w:rPr>
          <w:rFonts w:ascii="Calibri Light" w:hAnsi="Calibri Light" w:cs="Calibri Light"/>
          <w:lang w:val="nl-NL"/>
        </w:rPr>
        <w:tab/>
      </w:r>
      <w:r w:rsidR="00EE2C4C">
        <w:rPr>
          <w:rFonts w:ascii="Calibri Light" w:hAnsi="Calibri Light" w:cs="Calibri Light"/>
          <w:lang w:val="nl-NL"/>
        </w:rPr>
        <w:tab/>
      </w:r>
      <w:r w:rsidR="00EE2C4C">
        <w:rPr>
          <w:rFonts w:ascii="Calibri Light" w:hAnsi="Calibri Light" w:cs="Calibri Light"/>
          <w:lang w:val="nl-NL"/>
        </w:rPr>
        <w:tab/>
      </w:r>
      <w:r w:rsidR="00EE2C4C">
        <w:rPr>
          <w:rFonts w:ascii="Calibri Light" w:hAnsi="Calibri Light" w:cs="Calibri Light"/>
          <w:lang w:val="nl-NL"/>
        </w:rPr>
        <w:tab/>
      </w:r>
    </w:p>
    <w:p w14:paraId="00A19970" w14:textId="77777777" w:rsidR="00540852" w:rsidRPr="004027AE" w:rsidRDefault="00787718" w:rsidP="00F802B3">
      <w:pPr>
        <w:pStyle w:val="Lijstopsomteken"/>
        <w:numPr>
          <w:ilvl w:val="0"/>
          <w:numId w:val="0"/>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 Begroet leerlingen persoonlijk bij binnenkomst en vertrek.</w:t>
      </w:r>
    </w:p>
    <w:p w14:paraId="52880207" w14:textId="77777777" w:rsidR="00540852" w:rsidRPr="004027AE" w:rsidRDefault="00787718" w:rsidP="00F802B3">
      <w:pPr>
        <w:pStyle w:val="Lijstopsomteken"/>
        <w:numPr>
          <w:ilvl w:val="0"/>
          <w:numId w:val="0"/>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 Laat waardering en belangstelling blijken, benoemt positief gedrag.</w:t>
      </w:r>
    </w:p>
    <w:p w14:paraId="46C2A40E" w14:textId="77777777" w:rsidR="00540852" w:rsidRPr="004027AE" w:rsidRDefault="00787718" w:rsidP="00F802B3">
      <w:pPr>
        <w:pStyle w:val="Lijstopsomteken"/>
        <w:numPr>
          <w:ilvl w:val="0"/>
          <w:numId w:val="0"/>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 Gebruikt namen van leerlingen en verdeelt aandacht evenwichtig.</w:t>
      </w:r>
    </w:p>
    <w:p w14:paraId="341C8667" w14:textId="77777777" w:rsidR="00540852" w:rsidRPr="004027AE" w:rsidRDefault="00787718" w:rsidP="00F802B3">
      <w:pPr>
        <w:pStyle w:val="Lijstopsomteken"/>
        <w:numPr>
          <w:ilvl w:val="0"/>
          <w:numId w:val="0"/>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 Toont humor, warmte en betrouwbaarheid.</w:t>
      </w:r>
    </w:p>
    <w:p w14:paraId="455CE4AD" w14:textId="77777777" w:rsidR="00540852" w:rsidRPr="004027AE" w:rsidRDefault="00787718" w:rsidP="00F802B3">
      <w:pPr>
        <w:pStyle w:val="Lijstopsomteken"/>
        <w:numPr>
          <w:ilvl w:val="0"/>
          <w:numId w:val="0"/>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 Her- en benoemt emoties en helpt leerlingen deze te reguleren.</w:t>
      </w:r>
    </w:p>
    <w:p w14:paraId="54663B15" w14:textId="77777777" w:rsidR="00A4240F" w:rsidRDefault="00A4240F" w:rsidP="00F802B3">
      <w:p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Pr>
          <w:rFonts w:ascii="Calibri Light" w:hAnsi="Calibri Light" w:cs="Calibri Light"/>
          <w:lang w:val="nl-NL"/>
        </w:rPr>
        <w:br/>
      </w:r>
    </w:p>
    <w:p w14:paraId="11D84C10" w14:textId="77777777" w:rsidR="00A4240F" w:rsidRDefault="00A4240F">
      <w:pPr>
        <w:rPr>
          <w:rFonts w:ascii="Calibri Light" w:hAnsi="Calibri Light" w:cs="Calibri Light"/>
          <w:lang w:val="nl-NL"/>
        </w:rPr>
      </w:pPr>
      <w:r>
        <w:rPr>
          <w:rFonts w:ascii="Calibri Light" w:hAnsi="Calibri Light" w:cs="Calibri Light"/>
          <w:lang w:val="nl-NL"/>
        </w:rPr>
        <w:br w:type="page"/>
      </w:r>
    </w:p>
    <w:p w14:paraId="17BD90B9" w14:textId="70F5695F" w:rsidR="00540852" w:rsidRPr="004027AE" w:rsidRDefault="00787718" w:rsidP="00F802B3">
      <w:p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lastRenderedPageBreak/>
        <w:t>Ruimte voor observatie en reflectie:</w:t>
      </w:r>
      <w:r w:rsidR="00EE2C4C">
        <w:rPr>
          <w:rFonts w:ascii="Calibri Light" w:hAnsi="Calibri Light" w:cs="Calibri Light"/>
          <w:lang w:val="nl-NL"/>
        </w:rPr>
        <w:t xml:space="preserve">                </w:t>
      </w:r>
      <w:r w:rsidR="00A4240F">
        <w:rPr>
          <w:rFonts w:ascii="Calibri Light" w:hAnsi="Calibri Light" w:cs="Calibri Light"/>
          <w:lang w:val="nl-NL"/>
        </w:rPr>
        <w:br/>
      </w:r>
      <w:r w:rsidR="00A4240F">
        <w:rPr>
          <w:rFonts w:ascii="Calibri Light" w:hAnsi="Calibri Light" w:cs="Calibri Light"/>
          <w:lang w:val="nl-NL"/>
        </w:rPr>
        <w:br/>
      </w:r>
      <w:r w:rsidR="00A4240F">
        <w:rPr>
          <w:rFonts w:ascii="Calibri Light" w:hAnsi="Calibri Light" w:cs="Calibri Light"/>
          <w:lang w:val="nl-NL"/>
        </w:rPr>
        <w:br/>
      </w:r>
      <w:r w:rsidR="00A4240F">
        <w:rPr>
          <w:rFonts w:ascii="Calibri Light" w:hAnsi="Calibri Light" w:cs="Calibri Light"/>
          <w:lang w:val="nl-NL"/>
        </w:rPr>
        <w:br/>
      </w:r>
      <w:r w:rsidR="00A4240F">
        <w:rPr>
          <w:rFonts w:ascii="Calibri Light" w:hAnsi="Calibri Light" w:cs="Calibri Light"/>
          <w:lang w:val="nl-NL"/>
        </w:rPr>
        <w:br/>
      </w:r>
      <w:r w:rsidR="00EE2C4C">
        <w:rPr>
          <w:rFonts w:ascii="Calibri Light" w:hAnsi="Calibri Light" w:cs="Calibri Light"/>
          <w:lang w:val="nl-NL"/>
        </w:rPr>
        <w:t xml:space="preserve">                                                                                                     </w:t>
      </w:r>
    </w:p>
    <w:p w14:paraId="5E65D4CF" w14:textId="77777777" w:rsidR="00540852" w:rsidRPr="00BD7E89" w:rsidRDefault="00787718" w:rsidP="00BD7E89">
      <w:pPr>
        <w:pStyle w:val="Kop2"/>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8F200"/>
        <w:rPr>
          <w:rFonts w:ascii="Calibri Light" w:hAnsi="Calibri Light" w:cs="Calibri Light"/>
          <w:color w:val="000000" w:themeColor="text1"/>
          <w:lang w:val="nl-NL"/>
        </w:rPr>
      </w:pPr>
      <w:r w:rsidRPr="00BD7E89">
        <w:rPr>
          <w:rFonts w:ascii="Calibri Light" w:hAnsi="Calibri Light" w:cs="Calibri Light"/>
          <w:color w:val="000000" w:themeColor="text1"/>
          <w:lang w:val="nl-NL"/>
        </w:rPr>
        <w:t>2. Leidinggeven en eigenaarschap</w:t>
      </w:r>
    </w:p>
    <w:p w14:paraId="03A1ED9B" w14:textId="00AF1BA1" w:rsidR="00540852" w:rsidRPr="00EE2C4C" w:rsidRDefault="00787718" w:rsidP="00F802B3">
      <w:p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b/>
          <w:bCs/>
          <w:lang w:val="nl-NL"/>
        </w:rPr>
      </w:pPr>
      <w:r w:rsidRPr="00EE2C4C">
        <w:rPr>
          <w:rFonts w:ascii="Calibri Light" w:hAnsi="Calibri Light" w:cs="Calibri Light"/>
          <w:b/>
          <w:bCs/>
          <w:lang w:val="nl-NL"/>
        </w:rPr>
        <w:t xml:space="preserve">Observatievraag: Hoe combineert de leerkracht duidelijk leiderschap met ruimte voor </w:t>
      </w:r>
      <w:r w:rsidR="00F802B3" w:rsidRPr="00EE2C4C">
        <w:rPr>
          <w:rFonts w:ascii="Calibri Light" w:hAnsi="Calibri Light" w:cs="Calibri Light"/>
          <w:b/>
          <w:bCs/>
          <w:lang w:val="nl-NL"/>
        </w:rPr>
        <w:t>leerling verantwoordelijkheid</w:t>
      </w:r>
      <w:r w:rsidRPr="00EE2C4C">
        <w:rPr>
          <w:rFonts w:ascii="Calibri Light" w:hAnsi="Calibri Light" w:cs="Calibri Light"/>
          <w:b/>
          <w:bCs/>
          <w:lang w:val="nl-NL"/>
        </w:rPr>
        <w:t>?</w:t>
      </w:r>
    </w:p>
    <w:p w14:paraId="76251611" w14:textId="77777777" w:rsidR="00540852" w:rsidRPr="004027AE" w:rsidRDefault="00787718" w:rsidP="00F802B3">
      <w:p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Waarneembare gedragingen en aandachtspunten:</w:t>
      </w:r>
    </w:p>
    <w:p w14:paraId="07CC8450" w14:textId="77777777" w:rsidR="00540852" w:rsidRPr="004027AE" w:rsidRDefault="00787718" w:rsidP="00F802B3">
      <w:pPr>
        <w:pStyle w:val="Lijstopsomteken"/>
        <w:numPr>
          <w:ilvl w:val="0"/>
          <w:numId w:val="0"/>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 Staat model en geeft het goede voorbeeld.</w:t>
      </w:r>
    </w:p>
    <w:p w14:paraId="4BFCA789" w14:textId="77777777" w:rsidR="00540852" w:rsidRPr="004027AE" w:rsidRDefault="00787718" w:rsidP="00F802B3">
      <w:pPr>
        <w:pStyle w:val="Lijstopsomteken"/>
        <w:numPr>
          <w:ilvl w:val="0"/>
          <w:numId w:val="0"/>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 Stimuleert meedenken, initiatief en oplossingen vanuit leerlingen.</w:t>
      </w:r>
    </w:p>
    <w:p w14:paraId="36B40EA2" w14:textId="77777777" w:rsidR="00540852" w:rsidRPr="004027AE" w:rsidRDefault="00787718" w:rsidP="00F802B3">
      <w:pPr>
        <w:pStyle w:val="Lijstopsomteken"/>
        <w:numPr>
          <w:ilvl w:val="0"/>
          <w:numId w:val="0"/>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 Biedt taken die aansluiten bij motivatie en talenten.</w:t>
      </w:r>
    </w:p>
    <w:p w14:paraId="34A22ADA" w14:textId="77777777" w:rsidR="00540852" w:rsidRPr="004027AE" w:rsidRDefault="00787718" w:rsidP="00F802B3">
      <w:pPr>
        <w:pStyle w:val="Lijstopsomteken"/>
        <w:numPr>
          <w:ilvl w:val="0"/>
          <w:numId w:val="0"/>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 Geeft herkansingen en ruimte om te leren van fouten.</w:t>
      </w:r>
    </w:p>
    <w:p w14:paraId="4C52CA68" w14:textId="77777777" w:rsidR="00540852" w:rsidRPr="004027AE" w:rsidRDefault="00787718" w:rsidP="00F802B3">
      <w:pPr>
        <w:pStyle w:val="Lijstopsomteken"/>
        <w:numPr>
          <w:ilvl w:val="0"/>
          <w:numId w:val="0"/>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 Betrekt alle leerlingen actief bij de les.</w:t>
      </w:r>
    </w:p>
    <w:p w14:paraId="1F2BD020" w14:textId="06380FAD" w:rsidR="00540852" w:rsidRPr="004027AE" w:rsidRDefault="00787718" w:rsidP="00F802B3">
      <w:p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Ruimte voor observatie en reflectie:</w:t>
      </w:r>
      <w:r w:rsidRPr="004027AE">
        <w:rPr>
          <w:rFonts w:ascii="Calibri Light" w:hAnsi="Calibri Light" w:cs="Calibri Light"/>
          <w:lang w:val="nl-NL"/>
        </w:rPr>
        <w:br/>
      </w:r>
      <w:r w:rsidRPr="004027AE">
        <w:rPr>
          <w:rFonts w:ascii="Calibri Light" w:hAnsi="Calibri Light" w:cs="Calibri Light"/>
          <w:lang w:val="nl-NL"/>
        </w:rPr>
        <w:br/>
      </w:r>
      <w:r w:rsidRPr="004027AE">
        <w:rPr>
          <w:rFonts w:ascii="Calibri Light" w:hAnsi="Calibri Light" w:cs="Calibri Light"/>
          <w:lang w:val="nl-NL"/>
        </w:rPr>
        <w:br/>
      </w:r>
      <w:r w:rsidRPr="004027AE">
        <w:rPr>
          <w:rFonts w:ascii="Calibri Light" w:hAnsi="Calibri Light" w:cs="Calibri Light"/>
          <w:lang w:val="nl-NL"/>
        </w:rPr>
        <w:br/>
      </w:r>
    </w:p>
    <w:p w14:paraId="6EDC1504" w14:textId="77777777" w:rsidR="00540852" w:rsidRPr="00BD7E89" w:rsidRDefault="00787718" w:rsidP="00BD7E89">
      <w:pPr>
        <w:pStyle w:val="Kop2"/>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8F200"/>
        <w:rPr>
          <w:rFonts w:ascii="Calibri Light" w:hAnsi="Calibri Light" w:cs="Calibri Light"/>
          <w:color w:val="000000" w:themeColor="text1"/>
          <w:lang w:val="nl-NL"/>
        </w:rPr>
      </w:pPr>
      <w:r w:rsidRPr="00BD7E89">
        <w:rPr>
          <w:rFonts w:ascii="Calibri Light" w:hAnsi="Calibri Light" w:cs="Calibri Light"/>
          <w:color w:val="000000" w:themeColor="text1"/>
          <w:lang w:val="nl-NL"/>
        </w:rPr>
        <w:t>3. Veilig en positief klimaat</w:t>
      </w:r>
    </w:p>
    <w:p w14:paraId="0C1F3FE7" w14:textId="77777777" w:rsidR="00540852" w:rsidRPr="00EE2C4C" w:rsidRDefault="00787718" w:rsidP="00F802B3">
      <w:p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b/>
          <w:bCs/>
          <w:lang w:val="nl-NL"/>
        </w:rPr>
      </w:pPr>
      <w:r w:rsidRPr="00EE2C4C">
        <w:rPr>
          <w:rFonts w:ascii="Calibri Light" w:hAnsi="Calibri Light" w:cs="Calibri Light"/>
          <w:b/>
          <w:bCs/>
          <w:lang w:val="nl-NL"/>
        </w:rPr>
        <w:t>Observatievraag: Wat doet de leerkracht om een veilige, voorspelbare en positieve sfeer te creëren?</w:t>
      </w:r>
    </w:p>
    <w:p w14:paraId="25E347BA" w14:textId="77777777" w:rsidR="00540852" w:rsidRPr="004027AE" w:rsidRDefault="00787718" w:rsidP="00F802B3">
      <w:p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Waarneembare gedragingen en aandachtspunten:</w:t>
      </w:r>
    </w:p>
    <w:p w14:paraId="1B437700" w14:textId="77777777" w:rsidR="00540852" w:rsidRPr="004027AE" w:rsidRDefault="00787718" w:rsidP="00F802B3">
      <w:pPr>
        <w:pStyle w:val="Lijstopsomteken"/>
        <w:numPr>
          <w:ilvl w:val="0"/>
          <w:numId w:val="0"/>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 Benoemt gewenst gedrag en spreekt positieve verwachtingen uit.</w:t>
      </w:r>
    </w:p>
    <w:p w14:paraId="0638F8F8" w14:textId="77777777" w:rsidR="00540852" w:rsidRPr="004027AE" w:rsidRDefault="00787718" w:rsidP="00F802B3">
      <w:pPr>
        <w:pStyle w:val="Lijstopsomteken"/>
        <w:numPr>
          <w:ilvl w:val="0"/>
          <w:numId w:val="0"/>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 Bekrachtigt positief gedrag vaker dan corrigeert (4:1 verhouding).</w:t>
      </w:r>
    </w:p>
    <w:p w14:paraId="52B3FDE3" w14:textId="77777777" w:rsidR="00540852" w:rsidRPr="004027AE" w:rsidRDefault="00787718" w:rsidP="00F802B3">
      <w:pPr>
        <w:pStyle w:val="Lijstopsomteken"/>
        <w:numPr>
          <w:ilvl w:val="0"/>
          <w:numId w:val="0"/>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 Reageert rustig en consistent op ongewenst gedrag.</w:t>
      </w:r>
    </w:p>
    <w:p w14:paraId="5E1FC55B" w14:textId="77777777" w:rsidR="00540852" w:rsidRPr="004027AE" w:rsidRDefault="00787718" w:rsidP="00F802B3">
      <w:pPr>
        <w:pStyle w:val="Lijstopsomteken"/>
        <w:numPr>
          <w:ilvl w:val="0"/>
          <w:numId w:val="0"/>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 Hanteert afstand en nabijheid afgestemd op de leerling.</w:t>
      </w:r>
    </w:p>
    <w:p w14:paraId="03E31060" w14:textId="77777777" w:rsidR="00540852" w:rsidRPr="004027AE" w:rsidRDefault="00787718" w:rsidP="00F802B3">
      <w:pPr>
        <w:pStyle w:val="Lijstopsomteken"/>
        <w:numPr>
          <w:ilvl w:val="0"/>
          <w:numId w:val="0"/>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 Creëert structuur via routines en voorspelbaarheid.</w:t>
      </w:r>
    </w:p>
    <w:p w14:paraId="15EE95E6" w14:textId="77777777" w:rsidR="00A4240F" w:rsidRDefault="00A4240F">
      <w:pPr>
        <w:rPr>
          <w:rFonts w:ascii="Calibri Light" w:hAnsi="Calibri Light" w:cs="Calibri Light"/>
          <w:lang w:val="nl-NL"/>
        </w:rPr>
      </w:pPr>
      <w:r>
        <w:rPr>
          <w:rFonts w:ascii="Calibri Light" w:hAnsi="Calibri Light" w:cs="Calibri Light"/>
          <w:lang w:val="nl-NL"/>
        </w:rPr>
        <w:br w:type="page"/>
      </w:r>
    </w:p>
    <w:p w14:paraId="38F7DDF6" w14:textId="31EAC0AE" w:rsidR="00540852" w:rsidRPr="004027AE" w:rsidRDefault="00787718" w:rsidP="00F802B3">
      <w:p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lastRenderedPageBreak/>
        <w:t>Ruimte voor observatie en reflectie:</w:t>
      </w:r>
      <w:r w:rsidRPr="004027AE">
        <w:rPr>
          <w:rFonts w:ascii="Calibri Light" w:hAnsi="Calibri Light" w:cs="Calibri Light"/>
          <w:lang w:val="nl-NL"/>
        </w:rPr>
        <w:br/>
      </w:r>
      <w:r w:rsidRPr="004027AE">
        <w:rPr>
          <w:rFonts w:ascii="Calibri Light" w:hAnsi="Calibri Light" w:cs="Calibri Light"/>
          <w:lang w:val="nl-NL"/>
        </w:rPr>
        <w:br/>
      </w:r>
      <w:r w:rsidRPr="004027AE">
        <w:rPr>
          <w:rFonts w:ascii="Calibri Light" w:hAnsi="Calibri Light" w:cs="Calibri Light"/>
          <w:lang w:val="nl-NL"/>
        </w:rPr>
        <w:br/>
      </w:r>
      <w:r w:rsidRPr="004027AE">
        <w:rPr>
          <w:rFonts w:ascii="Calibri Light" w:hAnsi="Calibri Light" w:cs="Calibri Light"/>
          <w:lang w:val="nl-NL"/>
        </w:rPr>
        <w:br/>
      </w:r>
    </w:p>
    <w:p w14:paraId="180AEADB" w14:textId="77777777" w:rsidR="00540852" w:rsidRPr="00BD7E89" w:rsidRDefault="00787718" w:rsidP="00BD7E89">
      <w:pPr>
        <w:pStyle w:val="Kop2"/>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8F200"/>
        <w:rPr>
          <w:rFonts w:ascii="Calibri Light" w:hAnsi="Calibri Light" w:cs="Calibri Light"/>
          <w:color w:val="000000" w:themeColor="text1"/>
          <w:lang w:val="nl-NL"/>
        </w:rPr>
      </w:pPr>
      <w:r w:rsidRPr="00BD7E89">
        <w:rPr>
          <w:rFonts w:ascii="Calibri Light" w:hAnsi="Calibri Light" w:cs="Calibri Light"/>
          <w:color w:val="000000" w:themeColor="text1"/>
          <w:lang w:val="nl-NL"/>
        </w:rPr>
        <w:t>4. Communicatie en afstemming</w:t>
      </w:r>
    </w:p>
    <w:p w14:paraId="75E087C8" w14:textId="77777777" w:rsidR="00540852" w:rsidRPr="00EE2C4C" w:rsidRDefault="00787718" w:rsidP="00F802B3">
      <w:p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b/>
          <w:bCs/>
          <w:lang w:val="nl-NL"/>
        </w:rPr>
      </w:pPr>
      <w:r w:rsidRPr="00EE2C4C">
        <w:rPr>
          <w:rFonts w:ascii="Calibri Light" w:hAnsi="Calibri Light" w:cs="Calibri Light"/>
          <w:b/>
          <w:bCs/>
          <w:lang w:val="nl-NL"/>
        </w:rPr>
        <w:t>Observatievraag: Hoe sluit de leerkracht in communicatie aan bij de leefwereld en belevingswereld van leerlingen?</w:t>
      </w:r>
    </w:p>
    <w:p w14:paraId="41C5F4A6" w14:textId="77777777" w:rsidR="00540852" w:rsidRPr="004027AE" w:rsidRDefault="00787718" w:rsidP="00F802B3">
      <w:p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Waarneembare gedragingen en aandachtspunten:</w:t>
      </w:r>
    </w:p>
    <w:p w14:paraId="62475AD8" w14:textId="77777777" w:rsidR="00540852" w:rsidRPr="004027AE" w:rsidRDefault="00787718" w:rsidP="00F802B3">
      <w:pPr>
        <w:pStyle w:val="Lijstopsomteken"/>
        <w:numPr>
          <w:ilvl w:val="0"/>
          <w:numId w:val="0"/>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 Communiceert duidelijk, concreet en op kindniveau.</w:t>
      </w:r>
    </w:p>
    <w:p w14:paraId="667508CD" w14:textId="77777777" w:rsidR="00540852" w:rsidRPr="004027AE" w:rsidRDefault="00787718" w:rsidP="00F802B3">
      <w:pPr>
        <w:pStyle w:val="Lijstopsomteken"/>
        <w:numPr>
          <w:ilvl w:val="0"/>
          <w:numId w:val="0"/>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 Laat merken dat hij/zij leerlingen écht ziet en hoort.</w:t>
      </w:r>
    </w:p>
    <w:p w14:paraId="32DF95BD" w14:textId="77777777" w:rsidR="00540852" w:rsidRPr="004027AE" w:rsidRDefault="00787718" w:rsidP="00F802B3">
      <w:pPr>
        <w:pStyle w:val="Lijstopsomteken"/>
        <w:numPr>
          <w:ilvl w:val="0"/>
          <w:numId w:val="0"/>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 Geeft schakeltijd en reageert met respect en begrip.</w:t>
      </w:r>
    </w:p>
    <w:p w14:paraId="0128413B" w14:textId="1C0FD77C" w:rsidR="004027AE" w:rsidRDefault="00787718" w:rsidP="00EE2C4C">
      <w:pPr>
        <w:pStyle w:val="Lijstopsomteken"/>
        <w:numPr>
          <w:ilvl w:val="0"/>
          <w:numId w:val="0"/>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 Maakt verbinding op ooghoogte en ondersteunt non-verbaal.</w:t>
      </w:r>
      <w:r w:rsidR="00EE2C4C">
        <w:rPr>
          <w:rFonts w:ascii="Calibri Light" w:hAnsi="Calibri Light" w:cs="Calibri Light"/>
          <w:lang w:val="nl-NL"/>
        </w:rPr>
        <w:tab/>
      </w:r>
      <w:r w:rsidR="00EE2C4C">
        <w:rPr>
          <w:rFonts w:ascii="Calibri Light" w:hAnsi="Calibri Light" w:cs="Calibri Light"/>
          <w:lang w:val="nl-NL"/>
        </w:rPr>
        <w:tab/>
      </w:r>
      <w:r w:rsidR="00EE2C4C">
        <w:rPr>
          <w:rFonts w:ascii="Calibri Light" w:hAnsi="Calibri Light" w:cs="Calibri Light"/>
          <w:lang w:val="nl-NL"/>
        </w:rPr>
        <w:tab/>
      </w:r>
      <w:r w:rsidR="00EE2C4C">
        <w:rPr>
          <w:rFonts w:ascii="Calibri Light" w:hAnsi="Calibri Light" w:cs="Calibri Light"/>
          <w:lang w:val="nl-NL"/>
        </w:rPr>
        <w:tab/>
      </w:r>
      <w:r w:rsidR="00EE2C4C">
        <w:rPr>
          <w:rFonts w:ascii="Calibri Light" w:hAnsi="Calibri Light" w:cs="Calibri Light"/>
          <w:lang w:val="nl-NL"/>
        </w:rPr>
        <w:tab/>
      </w:r>
    </w:p>
    <w:p w14:paraId="3EF409AB" w14:textId="2906B3B0" w:rsidR="00540852" w:rsidRPr="004027AE" w:rsidRDefault="00787718" w:rsidP="00F802B3">
      <w:p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Ruimte voor observatie en reflectie:</w:t>
      </w:r>
      <w:r w:rsidRPr="004027AE">
        <w:rPr>
          <w:rFonts w:ascii="Calibri Light" w:hAnsi="Calibri Light" w:cs="Calibri Light"/>
          <w:lang w:val="nl-NL"/>
        </w:rPr>
        <w:br/>
      </w:r>
      <w:r w:rsidRPr="004027AE">
        <w:rPr>
          <w:rFonts w:ascii="Calibri Light" w:hAnsi="Calibri Light" w:cs="Calibri Light"/>
          <w:lang w:val="nl-NL"/>
        </w:rPr>
        <w:br/>
      </w:r>
      <w:r w:rsidRPr="004027AE">
        <w:rPr>
          <w:rFonts w:ascii="Calibri Light" w:hAnsi="Calibri Light" w:cs="Calibri Light"/>
          <w:lang w:val="nl-NL"/>
        </w:rPr>
        <w:br/>
      </w:r>
      <w:r w:rsidRPr="004027AE">
        <w:rPr>
          <w:rFonts w:ascii="Calibri Light" w:hAnsi="Calibri Light" w:cs="Calibri Light"/>
          <w:lang w:val="nl-NL"/>
        </w:rPr>
        <w:br/>
      </w:r>
    </w:p>
    <w:p w14:paraId="3323C960" w14:textId="77777777" w:rsidR="00540852" w:rsidRPr="00BD7E89" w:rsidRDefault="00787718" w:rsidP="00BD7E89">
      <w:pPr>
        <w:pStyle w:val="Kop2"/>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8F200"/>
        <w:rPr>
          <w:rFonts w:ascii="Calibri Light" w:hAnsi="Calibri Light" w:cs="Calibri Light"/>
          <w:color w:val="000000" w:themeColor="text1"/>
          <w:lang w:val="nl-NL"/>
        </w:rPr>
      </w:pPr>
      <w:r w:rsidRPr="00BD7E89">
        <w:rPr>
          <w:rFonts w:ascii="Calibri Light" w:hAnsi="Calibri Light" w:cs="Calibri Light"/>
          <w:color w:val="000000" w:themeColor="text1"/>
          <w:lang w:val="nl-NL"/>
        </w:rPr>
        <w:t>5. Sociaal klimaat en samenwerking</w:t>
      </w:r>
    </w:p>
    <w:p w14:paraId="7EF1430F" w14:textId="77777777" w:rsidR="00540852" w:rsidRPr="00EE2C4C" w:rsidRDefault="00787718" w:rsidP="00F802B3">
      <w:p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b/>
          <w:bCs/>
          <w:lang w:val="nl-NL"/>
        </w:rPr>
      </w:pPr>
      <w:r w:rsidRPr="00EE2C4C">
        <w:rPr>
          <w:rFonts w:ascii="Calibri Light" w:hAnsi="Calibri Light" w:cs="Calibri Light"/>
          <w:b/>
          <w:bCs/>
          <w:lang w:val="nl-NL"/>
        </w:rPr>
        <w:t>Observatievraag: Hoe draagt de leerkracht bij aan een positief groepsgevoel en onderlinge verbinding?</w:t>
      </w:r>
    </w:p>
    <w:p w14:paraId="08A698D4" w14:textId="77777777" w:rsidR="00540852" w:rsidRPr="004027AE" w:rsidRDefault="00787718" w:rsidP="00F802B3">
      <w:p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Waarneembare gedragingen en aandachtspunten:</w:t>
      </w:r>
    </w:p>
    <w:p w14:paraId="7A41B296" w14:textId="77777777" w:rsidR="00540852" w:rsidRPr="004027AE" w:rsidRDefault="00787718" w:rsidP="00F802B3">
      <w:pPr>
        <w:pStyle w:val="Lijstopsomteken"/>
        <w:numPr>
          <w:ilvl w:val="0"/>
          <w:numId w:val="0"/>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 Spreekt hoge maar realistische verwachtingen uit.</w:t>
      </w:r>
    </w:p>
    <w:p w14:paraId="456D1FD3" w14:textId="77777777" w:rsidR="00540852" w:rsidRPr="004027AE" w:rsidRDefault="00787718" w:rsidP="00F802B3">
      <w:pPr>
        <w:pStyle w:val="Lijstopsomteken"/>
        <w:numPr>
          <w:ilvl w:val="0"/>
          <w:numId w:val="0"/>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 Benadrukt positieve samenwerking en onderlinge hulp.</w:t>
      </w:r>
    </w:p>
    <w:p w14:paraId="066ABAE5" w14:textId="77777777" w:rsidR="00540852" w:rsidRPr="004027AE" w:rsidRDefault="00787718" w:rsidP="00F802B3">
      <w:pPr>
        <w:pStyle w:val="Lijstopsomteken"/>
        <w:numPr>
          <w:ilvl w:val="0"/>
          <w:numId w:val="0"/>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 Ziet en waardeert diversiteit binnen de groep.</w:t>
      </w:r>
    </w:p>
    <w:p w14:paraId="4790A37B" w14:textId="77777777" w:rsidR="00540852" w:rsidRPr="004027AE" w:rsidRDefault="00787718" w:rsidP="00F802B3">
      <w:pPr>
        <w:pStyle w:val="Lijstopsomteken"/>
        <w:numPr>
          <w:ilvl w:val="0"/>
          <w:numId w:val="0"/>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 Stimuleert elkaar helpen, samen leren en verantwoordelijkheid nemen.</w:t>
      </w:r>
    </w:p>
    <w:p w14:paraId="12DC79AE" w14:textId="77777777" w:rsidR="00540852" w:rsidRPr="004027AE" w:rsidRDefault="00787718" w:rsidP="00A4240F">
      <w:pPr>
        <w:pBdr>
          <w:top w:val="single" w:sz="4" w:space="1" w:color="auto"/>
          <w:left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Ruimte voor observatie en reflectie:</w:t>
      </w:r>
      <w:r w:rsidRPr="004027AE">
        <w:rPr>
          <w:rFonts w:ascii="Calibri Light" w:hAnsi="Calibri Light" w:cs="Calibri Light"/>
          <w:lang w:val="nl-NL"/>
        </w:rPr>
        <w:br/>
      </w:r>
      <w:r w:rsidRPr="004027AE">
        <w:rPr>
          <w:rFonts w:ascii="Calibri Light" w:hAnsi="Calibri Light" w:cs="Calibri Light"/>
          <w:lang w:val="nl-NL"/>
        </w:rPr>
        <w:br/>
      </w:r>
      <w:r w:rsidRPr="00A4240F">
        <w:rPr>
          <w:rFonts w:ascii="Calibri Light" w:hAnsi="Calibri Light" w:cs="Calibri Light"/>
          <w:bdr w:val="single" w:sz="4" w:space="0" w:color="auto"/>
          <w:lang w:val="nl-NL"/>
        </w:rPr>
        <w:br/>
      </w:r>
      <w:r w:rsidRPr="004027AE">
        <w:rPr>
          <w:rFonts w:ascii="Calibri Light" w:hAnsi="Calibri Light" w:cs="Calibri Light"/>
          <w:lang w:val="nl-NL"/>
        </w:rPr>
        <w:br/>
      </w:r>
    </w:p>
    <w:p w14:paraId="2F34D371" w14:textId="77777777" w:rsidR="00540852" w:rsidRPr="00BD7E89" w:rsidRDefault="00787718" w:rsidP="00BD7E89">
      <w:pPr>
        <w:pStyle w:val="Kop2"/>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8F200"/>
        <w:rPr>
          <w:rFonts w:ascii="Calibri Light" w:hAnsi="Calibri Light" w:cs="Calibri Light"/>
          <w:color w:val="000000" w:themeColor="text1"/>
          <w:lang w:val="nl-NL"/>
        </w:rPr>
      </w:pPr>
      <w:r w:rsidRPr="00BD7E89">
        <w:rPr>
          <w:rFonts w:ascii="Calibri Light" w:hAnsi="Calibri Light" w:cs="Calibri Light"/>
          <w:color w:val="000000" w:themeColor="text1"/>
          <w:lang w:val="nl-NL"/>
        </w:rPr>
        <w:lastRenderedPageBreak/>
        <w:t>6. Begeleiding en ontwikkeling</w:t>
      </w:r>
    </w:p>
    <w:p w14:paraId="18A0579E" w14:textId="77777777" w:rsidR="00540852" w:rsidRPr="00EE2C4C" w:rsidRDefault="00787718" w:rsidP="00F802B3">
      <w:p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b/>
          <w:bCs/>
          <w:lang w:val="nl-NL"/>
        </w:rPr>
      </w:pPr>
      <w:r w:rsidRPr="00EE2C4C">
        <w:rPr>
          <w:rFonts w:ascii="Calibri Light" w:hAnsi="Calibri Light" w:cs="Calibri Light"/>
          <w:b/>
          <w:bCs/>
          <w:lang w:val="nl-NL"/>
        </w:rPr>
        <w:t>Observatievraag: Hoe vertaalt de leerkracht observaties naar passende begeleiding en groei van leerlingen?</w:t>
      </w:r>
    </w:p>
    <w:p w14:paraId="5A4DF966" w14:textId="77777777" w:rsidR="00540852" w:rsidRPr="004027AE" w:rsidRDefault="00787718" w:rsidP="00F802B3">
      <w:p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Waarneembare gedragingen en aandachtspunten:</w:t>
      </w:r>
    </w:p>
    <w:p w14:paraId="7C65B650" w14:textId="77777777" w:rsidR="00540852" w:rsidRPr="004027AE" w:rsidRDefault="00787718" w:rsidP="00F802B3">
      <w:pPr>
        <w:pStyle w:val="Lijstopsomteken"/>
        <w:numPr>
          <w:ilvl w:val="0"/>
          <w:numId w:val="0"/>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 Geeft individuele aandacht en hulp op maat.</w:t>
      </w:r>
    </w:p>
    <w:p w14:paraId="6510095B" w14:textId="77777777" w:rsidR="00540852" w:rsidRPr="004027AE" w:rsidRDefault="00787718" w:rsidP="00F802B3">
      <w:pPr>
        <w:pStyle w:val="Lijstopsomteken"/>
        <w:numPr>
          <w:ilvl w:val="0"/>
          <w:numId w:val="0"/>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 Werkt doelgericht en in lijn met afspraken (OPP of plan van aanpak).</w:t>
      </w:r>
    </w:p>
    <w:p w14:paraId="3343D049" w14:textId="77777777" w:rsidR="00540852" w:rsidRPr="004027AE" w:rsidRDefault="00787718" w:rsidP="00F802B3">
      <w:pPr>
        <w:pStyle w:val="Lijstopsomteken"/>
        <w:numPr>
          <w:ilvl w:val="0"/>
          <w:numId w:val="0"/>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 Benoemt gedragsverwachtingen en stimuleert reflectie bij leerlingen.</w:t>
      </w:r>
    </w:p>
    <w:p w14:paraId="4B9A4D65" w14:textId="77777777" w:rsidR="00540852" w:rsidRPr="004027AE" w:rsidRDefault="00787718" w:rsidP="00F802B3">
      <w:pPr>
        <w:pStyle w:val="Lijstopsomteken"/>
        <w:numPr>
          <w:ilvl w:val="0"/>
          <w:numId w:val="0"/>
        </w:num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 Zoekt samenwerking met collega’s en ouders rond het kind.</w:t>
      </w:r>
    </w:p>
    <w:p w14:paraId="65554678" w14:textId="0BC174FF" w:rsidR="00F802B3" w:rsidRPr="00EE2C4C" w:rsidRDefault="00787718" w:rsidP="00EE2C4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Ruimte voor observatie en reflectie:</w:t>
      </w:r>
      <w:r w:rsidRPr="004027AE">
        <w:rPr>
          <w:rFonts w:ascii="Calibri Light" w:hAnsi="Calibri Light" w:cs="Calibri Light"/>
          <w:lang w:val="nl-NL"/>
        </w:rPr>
        <w:br/>
      </w:r>
      <w:r w:rsidRPr="004027AE">
        <w:rPr>
          <w:rFonts w:ascii="Calibri Light" w:hAnsi="Calibri Light" w:cs="Calibri Light"/>
          <w:lang w:val="nl-NL"/>
        </w:rPr>
        <w:br/>
      </w:r>
      <w:r w:rsidRPr="004027AE">
        <w:rPr>
          <w:rFonts w:ascii="Calibri Light" w:hAnsi="Calibri Light" w:cs="Calibri Light"/>
          <w:lang w:val="nl-NL"/>
        </w:rPr>
        <w:br/>
      </w:r>
      <w:r w:rsidRPr="004027AE">
        <w:rPr>
          <w:rFonts w:ascii="Calibri Light" w:hAnsi="Calibri Light" w:cs="Calibri Light"/>
          <w:lang w:val="nl-NL"/>
        </w:rPr>
        <w:br/>
      </w:r>
    </w:p>
    <w:p w14:paraId="57C9DC06" w14:textId="28F54B44" w:rsidR="00540852" w:rsidRPr="00BD7E89" w:rsidRDefault="00787718" w:rsidP="00BD7E89">
      <w:pPr>
        <w:pStyle w:val="Kop2"/>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8F200"/>
        <w:rPr>
          <w:rFonts w:ascii="Calibri Light" w:hAnsi="Calibri Light" w:cs="Calibri Light"/>
          <w:color w:val="000000" w:themeColor="text1"/>
          <w:lang w:val="nl-NL"/>
        </w:rPr>
      </w:pPr>
      <w:r w:rsidRPr="00BD7E89">
        <w:rPr>
          <w:rFonts w:ascii="Calibri Light" w:hAnsi="Calibri Light" w:cs="Calibri Light"/>
          <w:color w:val="000000" w:themeColor="text1"/>
          <w:lang w:val="nl-NL"/>
        </w:rPr>
        <w:t>Nagesprek en Reflectie</w:t>
      </w:r>
    </w:p>
    <w:p w14:paraId="760AAC51" w14:textId="77777777" w:rsidR="00540852" w:rsidRPr="004027AE" w:rsidRDefault="00787718" w:rsidP="00F802B3">
      <w:p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Voorafgaand aan de observatie formuleert de leerkracht een ontwikkelvraag. Deze vormt het uitgangspunt van het nagesprek. Gebruik onderstaand kader voor reflectie en afspraken.</w:t>
      </w:r>
    </w:p>
    <w:p w14:paraId="12818CF9" w14:textId="77777777" w:rsidR="00540852" w:rsidRPr="004027AE" w:rsidRDefault="00787718" w:rsidP="00F802B3">
      <w:p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Ontwikkelvraag:</w:t>
      </w:r>
      <w:r w:rsidRPr="004027AE">
        <w:rPr>
          <w:rFonts w:ascii="Calibri Light" w:hAnsi="Calibri Light" w:cs="Calibri Light"/>
          <w:lang w:val="nl-NL"/>
        </w:rPr>
        <w:br/>
      </w:r>
      <w:r w:rsidRPr="004027AE">
        <w:rPr>
          <w:rFonts w:ascii="Calibri Light" w:hAnsi="Calibri Light" w:cs="Calibri Light"/>
          <w:lang w:val="nl-NL"/>
        </w:rPr>
        <w:br/>
      </w:r>
      <w:r w:rsidRPr="004027AE">
        <w:rPr>
          <w:rFonts w:ascii="Calibri Light" w:hAnsi="Calibri Light" w:cs="Calibri Light"/>
          <w:lang w:val="nl-NL"/>
        </w:rPr>
        <w:br/>
      </w:r>
    </w:p>
    <w:p w14:paraId="0F09F584" w14:textId="77777777" w:rsidR="00540852" w:rsidRPr="004027AE" w:rsidRDefault="00787718" w:rsidP="00F802B3">
      <w:p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Inzichten uit observatie en gesprek:</w:t>
      </w:r>
      <w:r w:rsidRPr="004027AE">
        <w:rPr>
          <w:rFonts w:ascii="Calibri Light" w:hAnsi="Calibri Light" w:cs="Calibri Light"/>
          <w:lang w:val="nl-NL"/>
        </w:rPr>
        <w:br/>
      </w:r>
      <w:r w:rsidRPr="004027AE">
        <w:rPr>
          <w:rFonts w:ascii="Calibri Light" w:hAnsi="Calibri Light" w:cs="Calibri Light"/>
          <w:lang w:val="nl-NL"/>
        </w:rPr>
        <w:br/>
      </w:r>
      <w:r w:rsidRPr="004027AE">
        <w:rPr>
          <w:rFonts w:ascii="Calibri Light" w:hAnsi="Calibri Light" w:cs="Calibri Light"/>
          <w:lang w:val="nl-NL"/>
        </w:rPr>
        <w:br/>
      </w:r>
    </w:p>
    <w:p w14:paraId="0C1C8041" w14:textId="77777777" w:rsidR="00540852" w:rsidRPr="004027AE" w:rsidRDefault="00787718" w:rsidP="00F802B3">
      <w:p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Sterke kanten (wat gaat goed?):</w:t>
      </w:r>
      <w:r w:rsidRPr="004027AE">
        <w:rPr>
          <w:rFonts w:ascii="Calibri Light" w:hAnsi="Calibri Light" w:cs="Calibri Light"/>
          <w:lang w:val="nl-NL"/>
        </w:rPr>
        <w:br/>
      </w:r>
      <w:r w:rsidRPr="004027AE">
        <w:rPr>
          <w:rFonts w:ascii="Calibri Light" w:hAnsi="Calibri Light" w:cs="Calibri Light"/>
          <w:lang w:val="nl-NL"/>
        </w:rPr>
        <w:br/>
      </w:r>
      <w:r w:rsidRPr="004027AE">
        <w:rPr>
          <w:rFonts w:ascii="Calibri Light" w:hAnsi="Calibri Light" w:cs="Calibri Light"/>
          <w:lang w:val="nl-NL"/>
        </w:rPr>
        <w:br/>
      </w:r>
    </w:p>
    <w:p w14:paraId="3C70F30A" w14:textId="77777777" w:rsidR="00540852" w:rsidRPr="004027AE" w:rsidRDefault="00787718" w:rsidP="00F802B3">
      <w:p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t>Ontwikkelpunten (waar wil ik aan werken?):</w:t>
      </w:r>
      <w:r w:rsidRPr="004027AE">
        <w:rPr>
          <w:rFonts w:ascii="Calibri Light" w:hAnsi="Calibri Light" w:cs="Calibri Light"/>
          <w:lang w:val="nl-NL"/>
        </w:rPr>
        <w:br/>
      </w:r>
      <w:r w:rsidRPr="004027AE">
        <w:rPr>
          <w:rFonts w:ascii="Calibri Light" w:hAnsi="Calibri Light" w:cs="Calibri Light"/>
          <w:lang w:val="nl-NL"/>
        </w:rPr>
        <w:br/>
      </w:r>
      <w:r w:rsidRPr="004027AE">
        <w:rPr>
          <w:rFonts w:ascii="Calibri Light" w:hAnsi="Calibri Light" w:cs="Calibri Light"/>
          <w:lang w:val="nl-NL"/>
        </w:rPr>
        <w:br/>
      </w:r>
    </w:p>
    <w:p w14:paraId="54288DAA" w14:textId="77777777" w:rsidR="00540852" w:rsidRPr="004027AE" w:rsidRDefault="00787718" w:rsidP="00F802B3">
      <w:pPr>
        <w:pBdr>
          <w:top w:val="single" w:sz="4" w:space="1" w:color="auto"/>
          <w:left w:val="single" w:sz="4" w:space="1" w:color="auto"/>
          <w:bottom w:val="single" w:sz="4" w:space="1" w:color="auto"/>
          <w:right w:val="single" w:sz="4" w:space="1" w:color="auto"/>
          <w:between w:val="single" w:sz="4" w:space="1" w:color="auto"/>
          <w:bar w:val="single" w:sz="4" w:color="auto"/>
        </w:pBdr>
        <w:rPr>
          <w:rFonts w:ascii="Calibri Light" w:hAnsi="Calibri Light" w:cs="Calibri Light"/>
          <w:lang w:val="nl-NL"/>
        </w:rPr>
      </w:pPr>
      <w:r w:rsidRPr="004027AE">
        <w:rPr>
          <w:rFonts w:ascii="Calibri Light" w:hAnsi="Calibri Light" w:cs="Calibri Light"/>
          <w:lang w:val="nl-NL"/>
        </w:rPr>
        <w:lastRenderedPageBreak/>
        <w:t>Wat of wie heb ik hierbij nodig?</w:t>
      </w:r>
      <w:r w:rsidRPr="004027AE">
        <w:rPr>
          <w:rFonts w:ascii="Calibri Light" w:hAnsi="Calibri Light" w:cs="Calibri Light"/>
          <w:lang w:val="nl-NL"/>
        </w:rPr>
        <w:br/>
      </w:r>
      <w:r w:rsidRPr="004027AE">
        <w:rPr>
          <w:rFonts w:ascii="Calibri Light" w:hAnsi="Calibri Light" w:cs="Calibri Light"/>
          <w:lang w:val="nl-NL"/>
        </w:rPr>
        <w:br/>
      </w:r>
      <w:r w:rsidRPr="004027AE">
        <w:rPr>
          <w:rFonts w:ascii="Calibri Light" w:hAnsi="Calibri Light" w:cs="Calibri Light"/>
          <w:lang w:val="nl-NL"/>
        </w:rPr>
        <w:br/>
      </w:r>
    </w:p>
    <w:sectPr w:rsidR="00540852" w:rsidRPr="004027AE" w:rsidSect="0031727A">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E0DF1" w14:textId="77777777" w:rsidR="005E0E96" w:rsidRDefault="005E0E96" w:rsidP="00264657">
      <w:pPr>
        <w:spacing w:after="0" w:line="240" w:lineRule="auto"/>
      </w:pPr>
      <w:r>
        <w:separator/>
      </w:r>
    </w:p>
  </w:endnote>
  <w:endnote w:type="continuationSeparator" w:id="0">
    <w:p w14:paraId="005CA510" w14:textId="77777777" w:rsidR="005E0E96" w:rsidRDefault="005E0E96" w:rsidP="00264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8D2B1" w14:textId="77777777" w:rsidR="00A10A73" w:rsidRDefault="00A10A7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D29D0" w14:textId="1DC7B070" w:rsidR="009960EB" w:rsidRPr="00A4240F" w:rsidRDefault="00A4240F" w:rsidP="00A4240F">
    <w:pPr>
      <w:pStyle w:val="Voettekst"/>
      <w:rPr>
        <w:rFonts w:ascii="Calibri Light" w:hAnsi="Calibri Light" w:cs="Calibri Light"/>
        <w:sz w:val="18"/>
        <w:szCs w:val="18"/>
        <w:lang w:val="nl-NL"/>
      </w:rPr>
    </w:pPr>
    <w:r w:rsidRPr="00A4240F">
      <w:rPr>
        <w:rFonts w:ascii="Calibri Light" w:hAnsi="Calibri Light" w:cs="Calibri Light"/>
        <w:sz w:val="18"/>
        <w:szCs w:val="18"/>
        <w:lang w:val="nl-NL"/>
      </w:rPr>
      <w:t xml:space="preserve">¹ Deze kijkwijzer is ontwikkeld binnen de programmalijn </w:t>
    </w:r>
    <w:r w:rsidR="00320EFD">
      <w:rPr>
        <w:rFonts w:ascii="Calibri Light" w:hAnsi="Calibri Light" w:cs="Calibri Light"/>
        <w:sz w:val="18"/>
        <w:szCs w:val="18"/>
        <w:lang w:val="nl-NL"/>
      </w:rPr>
      <w:t xml:space="preserve">pedagogisch klimaat </w:t>
    </w:r>
    <w:r w:rsidRPr="00A4240F">
      <w:rPr>
        <w:rFonts w:ascii="Calibri Light" w:hAnsi="Calibri Light" w:cs="Calibri Light"/>
        <w:sz w:val="18"/>
        <w:szCs w:val="18"/>
        <w:lang w:val="nl-NL"/>
      </w:rPr>
      <w:t xml:space="preserve">van SWV </w:t>
    </w:r>
    <w:r w:rsidR="00320EFD">
      <w:rPr>
        <w:rFonts w:ascii="Calibri Light" w:hAnsi="Calibri Light" w:cs="Calibri Light"/>
        <w:sz w:val="18"/>
        <w:szCs w:val="18"/>
        <w:lang w:val="nl-NL"/>
      </w:rPr>
      <w:t xml:space="preserve">PO </w:t>
    </w:r>
    <w:r w:rsidRPr="00A4240F">
      <w:rPr>
        <w:rFonts w:ascii="Calibri Light" w:hAnsi="Calibri Light" w:cs="Calibri Light"/>
        <w:sz w:val="18"/>
        <w:szCs w:val="18"/>
        <w:lang w:val="nl-NL"/>
      </w:rPr>
      <w:t>ZOUT en sluit</w:t>
    </w:r>
    <w:r w:rsidR="00320EFD">
      <w:rPr>
        <w:rFonts w:ascii="Calibri Light" w:hAnsi="Calibri Light" w:cs="Calibri Light"/>
        <w:sz w:val="18"/>
        <w:szCs w:val="18"/>
        <w:lang w:val="nl-NL"/>
      </w:rPr>
      <w:t xml:space="preserve"> ook</w:t>
    </w:r>
    <w:r w:rsidRPr="00A4240F">
      <w:rPr>
        <w:rFonts w:ascii="Calibri Light" w:hAnsi="Calibri Light" w:cs="Calibri Light"/>
        <w:sz w:val="18"/>
        <w:szCs w:val="18"/>
        <w:lang w:val="nl-NL"/>
      </w:rPr>
      <w:t xml:space="preserve"> aan bij het handelingsgericht werken (HGW) en het schema </w:t>
    </w:r>
    <w:r w:rsidR="00970791">
      <w:rPr>
        <w:rFonts w:ascii="Calibri Light" w:hAnsi="Calibri Light" w:cs="Calibri Light"/>
        <w:sz w:val="18"/>
        <w:szCs w:val="18"/>
        <w:lang w:val="nl-NL"/>
      </w:rPr>
      <w:t>O</w:t>
    </w:r>
    <w:r w:rsidRPr="00A4240F">
      <w:rPr>
        <w:rFonts w:ascii="Calibri Light" w:hAnsi="Calibri Light" w:cs="Calibri Light"/>
        <w:sz w:val="18"/>
        <w:szCs w:val="18"/>
        <w:lang w:val="nl-NL"/>
      </w:rPr>
      <w:t>ndersteuningsniveaus van een sterke onderwijscontext</w:t>
    </w:r>
    <w:r w:rsidR="00970791">
      <w:rPr>
        <w:rFonts w:ascii="Calibri Light" w:hAnsi="Calibri Light" w:cs="Calibri Light"/>
        <w:sz w:val="18"/>
        <w:szCs w:val="18"/>
        <w:lang w:val="nl-NL"/>
      </w:rPr>
      <w:t xml:space="preserve"> uit de programmalijn sterke basis.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584E1" w14:textId="77777777" w:rsidR="00A10A73" w:rsidRDefault="00A10A7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EF6D0" w14:textId="77777777" w:rsidR="005E0E96" w:rsidRDefault="005E0E96" w:rsidP="00264657">
      <w:pPr>
        <w:spacing w:after="0" w:line="240" w:lineRule="auto"/>
      </w:pPr>
      <w:r>
        <w:separator/>
      </w:r>
    </w:p>
  </w:footnote>
  <w:footnote w:type="continuationSeparator" w:id="0">
    <w:p w14:paraId="0A497225" w14:textId="77777777" w:rsidR="005E0E96" w:rsidRDefault="005E0E96" w:rsidP="002646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9B0C2" w14:textId="77777777" w:rsidR="00A10A73" w:rsidRDefault="00A10A7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3208B" w14:textId="7BEDB951" w:rsidR="009960EB" w:rsidRDefault="00EE2C4C">
    <w:pPr>
      <w:pStyle w:val="Koptekst"/>
    </w:pPr>
    <w:r>
      <w:tab/>
      <w:t xml:space="preserve">                                                                         </w:t>
    </w:r>
  </w:p>
  <w:p w14:paraId="30C1A66C" w14:textId="35D8C3EB" w:rsidR="009960EB" w:rsidRDefault="009960E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351C8" w14:textId="77777777" w:rsidR="00A10A73" w:rsidRDefault="00A10A7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B17EA1EA"/>
    <w:lvl w:ilvl="0">
      <w:start w:val="1"/>
      <w:numFmt w:val="bullet"/>
      <w:pStyle w:val="Lijstopsomteken"/>
      <w:lvlText w:val=""/>
      <w:lvlJc w:val="left"/>
      <w:pPr>
        <w:tabs>
          <w:tab w:val="num" w:pos="360"/>
        </w:tabs>
        <w:ind w:left="360" w:hanging="360"/>
      </w:pPr>
      <w:rPr>
        <w:rFonts w:ascii="Symbol" w:hAnsi="Symbol" w:hint="default"/>
      </w:rPr>
    </w:lvl>
  </w:abstractNum>
  <w:num w:numId="1" w16cid:durableId="961809610">
    <w:abstractNumId w:val="8"/>
  </w:num>
  <w:num w:numId="2" w16cid:durableId="1891382309">
    <w:abstractNumId w:val="6"/>
  </w:num>
  <w:num w:numId="3" w16cid:durableId="1054161994">
    <w:abstractNumId w:val="5"/>
  </w:num>
  <w:num w:numId="4" w16cid:durableId="1736975882">
    <w:abstractNumId w:val="4"/>
  </w:num>
  <w:num w:numId="5" w16cid:durableId="554780811">
    <w:abstractNumId w:val="7"/>
  </w:num>
  <w:num w:numId="6" w16cid:durableId="330766448">
    <w:abstractNumId w:val="3"/>
  </w:num>
  <w:num w:numId="7" w16cid:durableId="936602076">
    <w:abstractNumId w:val="2"/>
  </w:num>
  <w:num w:numId="8" w16cid:durableId="175075757">
    <w:abstractNumId w:val="1"/>
  </w:num>
  <w:num w:numId="9" w16cid:durableId="2691699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73F59"/>
    <w:rsid w:val="00082945"/>
    <w:rsid w:val="00141819"/>
    <w:rsid w:val="0015074B"/>
    <w:rsid w:val="001C0DAE"/>
    <w:rsid w:val="00264657"/>
    <w:rsid w:val="0029605B"/>
    <w:rsid w:val="0029639D"/>
    <w:rsid w:val="0031727A"/>
    <w:rsid w:val="00320EFD"/>
    <w:rsid w:val="00326F90"/>
    <w:rsid w:val="00391852"/>
    <w:rsid w:val="004027AE"/>
    <w:rsid w:val="004336BF"/>
    <w:rsid w:val="00441D9E"/>
    <w:rsid w:val="004C610B"/>
    <w:rsid w:val="004E7862"/>
    <w:rsid w:val="00540852"/>
    <w:rsid w:val="00567B26"/>
    <w:rsid w:val="005B5EF1"/>
    <w:rsid w:val="005E0E96"/>
    <w:rsid w:val="006F2B1D"/>
    <w:rsid w:val="007132D4"/>
    <w:rsid w:val="00787718"/>
    <w:rsid w:val="00970791"/>
    <w:rsid w:val="009960EB"/>
    <w:rsid w:val="009C26C4"/>
    <w:rsid w:val="009F517D"/>
    <w:rsid w:val="00A10A73"/>
    <w:rsid w:val="00A4240F"/>
    <w:rsid w:val="00AA1D8D"/>
    <w:rsid w:val="00B47730"/>
    <w:rsid w:val="00BD7E89"/>
    <w:rsid w:val="00C67550"/>
    <w:rsid w:val="00CB0664"/>
    <w:rsid w:val="00D71271"/>
    <w:rsid w:val="00D9104D"/>
    <w:rsid w:val="00DF50D5"/>
    <w:rsid w:val="00EE2C4C"/>
    <w:rsid w:val="00F802B3"/>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3F4311"/>
  <w14:defaultImageDpi w14:val="300"/>
  <w15:docId w15:val="{2E387098-467E-411A-8B3B-FAA6516D8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customStyle="1" w:styleId="Kop1Char">
    <w:name w:val="Kop 1 Char"/>
    <w:basedOn w:val="Standaardalinea-lettertype"/>
    <w:link w:val="Kop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semiHidden/>
    <w:unhideWhenUsed/>
    <w:qFormat/>
    <w:rsid w:val="00FC693F"/>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Voetnoottekst">
    <w:name w:val="footnote text"/>
    <w:basedOn w:val="Standaard"/>
    <w:link w:val="VoetnoottekstChar"/>
    <w:uiPriority w:val="99"/>
    <w:semiHidden/>
    <w:unhideWhenUsed/>
    <w:rsid w:val="0026465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264657"/>
    <w:rPr>
      <w:sz w:val="20"/>
      <w:szCs w:val="20"/>
    </w:rPr>
  </w:style>
  <w:style w:type="character" w:styleId="Voetnootmarkering">
    <w:name w:val="footnote reference"/>
    <w:basedOn w:val="Standaardalinea-lettertype"/>
    <w:uiPriority w:val="99"/>
    <w:semiHidden/>
    <w:unhideWhenUsed/>
    <w:rsid w:val="002646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491558">
      <w:bodyDiv w:val="1"/>
      <w:marLeft w:val="0"/>
      <w:marRight w:val="0"/>
      <w:marTop w:val="0"/>
      <w:marBottom w:val="0"/>
      <w:divBdr>
        <w:top w:val="none" w:sz="0" w:space="0" w:color="auto"/>
        <w:left w:val="none" w:sz="0" w:space="0" w:color="auto"/>
        <w:bottom w:val="none" w:sz="0" w:space="0" w:color="auto"/>
        <w:right w:val="none" w:sz="0" w:space="0" w:color="auto"/>
      </w:divBdr>
    </w:div>
    <w:div w:id="3010851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Metadata/LabelInfo.xml><?xml version="1.0" encoding="utf-8"?>
<clbl:labelList xmlns:clbl="http://schemas.microsoft.com/office/2020/mipLabelMetadata">
  <clbl:label id="{a82e64a5-1203-491d-aabc-a08c782c1f61}" enabled="0" method="" siteId="{a82e64a5-1203-491d-aabc-a08c782c1f61}" removed="1"/>
</clbl:labelList>
</file>

<file path=docProps/app.xml><?xml version="1.0" encoding="utf-8"?>
<Properties xmlns="http://schemas.openxmlformats.org/officeDocument/2006/extended-properties" xmlns:vt="http://schemas.openxmlformats.org/officeDocument/2006/docPropsVTypes">
  <Template>Normal</Template>
  <TotalTime>0</TotalTime>
  <Pages>5</Pages>
  <Words>599</Words>
  <Characters>3297</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3889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Renske Pieters</cp:lastModifiedBy>
  <cp:revision>8</cp:revision>
  <dcterms:created xsi:type="dcterms:W3CDTF">2025-11-04T14:59:00Z</dcterms:created>
  <dcterms:modified xsi:type="dcterms:W3CDTF">2025-11-07T12:00:00Z</dcterms:modified>
  <cp:category/>
</cp:coreProperties>
</file>