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CAD45" w14:textId="6F19EDE7" w:rsidR="006304A5" w:rsidRDefault="00DC065A" w:rsidP="00DC065A">
      <w:pPr>
        <w:rPr>
          <w:rFonts w:ascii="Calibri Light" w:hAnsi="Calibri Light" w:cs="Calibri Light"/>
          <w:lang w:val="nl-NL"/>
        </w:rPr>
      </w:pPr>
      <w:r w:rsidRPr="00D007ED">
        <w:rPr>
          <w:noProof/>
        </w:rPr>
        <w:drawing>
          <wp:anchor distT="0" distB="0" distL="114300" distR="114300" simplePos="0" relativeHeight="251658240" behindDoc="1" locked="0" layoutInCell="1" allowOverlap="1" wp14:anchorId="42D31E62" wp14:editId="2099E4AC">
            <wp:simplePos x="0" y="0"/>
            <wp:positionH relativeFrom="column">
              <wp:posOffset>6332220</wp:posOffset>
            </wp:positionH>
            <wp:positionV relativeFrom="paragraph">
              <wp:posOffset>0</wp:posOffset>
            </wp:positionV>
            <wp:extent cx="2720340" cy="2225675"/>
            <wp:effectExtent l="0" t="0" r="0" b="0"/>
            <wp:wrapTight wrapText="bothSides">
              <wp:wrapPolygon edited="0">
                <wp:start x="14824" y="185"/>
                <wp:lineTo x="6202" y="2219"/>
                <wp:lineTo x="4084" y="2773"/>
                <wp:lineTo x="4084" y="3513"/>
                <wp:lineTo x="3479" y="6471"/>
                <wp:lineTo x="3025" y="9429"/>
                <wp:lineTo x="1664" y="11278"/>
                <wp:lineTo x="1361" y="11832"/>
                <wp:lineTo x="1361" y="19043"/>
                <wp:lineTo x="3328" y="19967"/>
                <wp:lineTo x="4689" y="20337"/>
                <wp:lineTo x="6807" y="20337"/>
                <wp:lineTo x="13765" y="19967"/>
                <wp:lineTo x="18908" y="19227"/>
                <wp:lineTo x="18756" y="18303"/>
                <wp:lineTo x="19361" y="18303"/>
                <wp:lineTo x="20118" y="16454"/>
                <wp:lineTo x="20118" y="15160"/>
                <wp:lineTo x="19210" y="13126"/>
                <wp:lineTo x="18756" y="6471"/>
                <wp:lineTo x="19361" y="3513"/>
                <wp:lineTo x="19815" y="1849"/>
                <wp:lineTo x="18756" y="740"/>
                <wp:lineTo x="16034" y="185"/>
                <wp:lineTo x="14824" y="185"/>
              </wp:wrapPolygon>
            </wp:wrapTight>
            <wp:docPr id="411243609" name="Afbeelding 2" descr="Afbeelding met tekst, fl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12032" name="Afbeelding 2" descr="Afbeelding met tekst, fle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590" w:rsidRPr="00DB7914">
        <w:rPr>
          <w:rFonts w:ascii="Segoe UI Emoji" w:hAnsi="Segoe UI Emoji" w:cs="Segoe UI Emoji"/>
          <w:b/>
          <w:sz w:val="48"/>
        </w:rPr>
        <w:t>💬</w:t>
      </w:r>
      <w:r w:rsidR="00E52590" w:rsidRPr="00DB7914">
        <w:rPr>
          <w:rFonts w:ascii="Calibri Light" w:hAnsi="Calibri Light" w:cs="Calibri Light"/>
          <w:b/>
          <w:sz w:val="48"/>
          <w:lang w:val="nl-NL"/>
        </w:rPr>
        <w:t xml:space="preserve"> SAMEN KIJKEN</w:t>
      </w:r>
      <w:r w:rsidR="00E52590" w:rsidRPr="00DB7914">
        <w:rPr>
          <w:rFonts w:ascii="Calibri Light" w:hAnsi="Calibri Light" w:cs="Calibri Light"/>
          <w:b/>
          <w:sz w:val="48"/>
          <w:lang w:val="nl-NL"/>
        </w:rPr>
        <w:br/>
      </w:r>
      <w:r w:rsidR="00E52590" w:rsidRPr="00DB7914">
        <w:rPr>
          <w:rFonts w:ascii="Calibri Light" w:hAnsi="Calibri Light" w:cs="Calibri Light"/>
          <w:lang w:val="nl-NL"/>
        </w:rPr>
        <w:t>Wat helpt mij om goed te kunnen leren en me fijn te voelen?</w:t>
      </w:r>
    </w:p>
    <w:p w14:paraId="77293639" w14:textId="4CF0BE0D" w:rsidR="006304A5" w:rsidRPr="00DB7914" w:rsidRDefault="00E52590">
      <w:pPr>
        <w:rPr>
          <w:rFonts w:ascii="Calibri Light" w:hAnsi="Calibri Light" w:cs="Calibri Light"/>
          <w:lang w:val="nl-NL"/>
        </w:rPr>
      </w:pPr>
      <w:r w:rsidRPr="00DB7914">
        <w:rPr>
          <w:rFonts w:ascii="Calibri Light" w:hAnsi="Calibri Light" w:cs="Calibri Light"/>
          <w:lang w:val="nl-NL"/>
        </w:rPr>
        <w:t>Naam: ____________________     Datum: 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DC065A" w14:paraId="67BBA6CA" w14:textId="77777777" w:rsidTr="00DC065A">
        <w:tc>
          <w:tcPr>
            <w:tcW w:w="14400" w:type="dxa"/>
            <w:shd w:val="clear" w:color="auto" w:fill="EEEE00"/>
          </w:tcPr>
          <w:p w14:paraId="031214FC" w14:textId="77777777" w:rsidR="006304A5" w:rsidRPr="00DB7914" w:rsidRDefault="00E52590">
            <w:pPr>
              <w:rPr>
                <w:rFonts w:ascii="Calibri Light" w:hAnsi="Calibri Light" w:cs="Calibri Light"/>
                <w:b/>
                <w:lang w:val="nl-NL"/>
              </w:rPr>
            </w:pPr>
            <w:r w:rsidRPr="00DB7914">
              <w:rPr>
                <w:rFonts w:ascii="Segoe UI Emoji" w:hAnsi="Segoe UI Emoji" w:cs="Segoe UI Emoji"/>
                <w:b/>
                <w:sz w:val="28"/>
              </w:rPr>
              <w:t>🌞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Wat gaat goed? Waar ben ik trots op?</w:t>
            </w:r>
          </w:p>
        </w:tc>
      </w:tr>
      <w:tr w:rsidR="006304A5" w:rsidRPr="00DC065A" w14:paraId="3A843B1C" w14:textId="77777777">
        <w:tc>
          <w:tcPr>
            <w:tcW w:w="14400" w:type="dxa"/>
          </w:tcPr>
          <w:p w14:paraId="2EBF354A" w14:textId="77777777" w:rsidR="006304A5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  <w:p w14:paraId="24FA89C6" w14:textId="77777777" w:rsidR="00DB7914" w:rsidRPr="00DB7914" w:rsidRDefault="00DB7914">
            <w:pPr>
              <w:rPr>
                <w:rFonts w:ascii="Calibri Light" w:hAnsi="Calibri Light" w:cs="Calibri Light"/>
                <w:lang w:val="nl-NL"/>
              </w:rPr>
            </w:pPr>
          </w:p>
        </w:tc>
      </w:tr>
    </w:tbl>
    <w:p w14:paraId="7DDC7444" w14:textId="77777777" w:rsidR="006304A5" w:rsidRPr="00DB7914" w:rsidRDefault="006304A5">
      <w:pPr>
        <w:rPr>
          <w:rFonts w:ascii="Calibri Light" w:hAnsi="Calibri Light" w:cs="Calibri Light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DC065A" w14:paraId="003E1F13" w14:textId="77777777" w:rsidTr="00DC065A">
        <w:tc>
          <w:tcPr>
            <w:tcW w:w="14400" w:type="dxa"/>
            <w:shd w:val="clear" w:color="auto" w:fill="EEEE00"/>
          </w:tcPr>
          <w:p w14:paraId="0D653F68" w14:textId="7777777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Segoe UI Symbol" w:hAnsi="Segoe UI Symbol" w:cs="Segoe UI Symbol"/>
                <w:b/>
                <w:sz w:val="28"/>
              </w:rPr>
              <w:t>🌧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Wat vind ik lastig of moeilijk?</w:t>
            </w:r>
          </w:p>
        </w:tc>
      </w:tr>
      <w:tr w:rsidR="006304A5" w:rsidRPr="00DC065A" w14:paraId="6C2739F0" w14:textId="77777777">
        <w:tc>
          <w:tcPr>
            <w:tcW w:w="14400" w:type="dxa"/>
          </w:tcPr>
          <w:p w14:paraId="6A23D339" w14:textId="77777777" w:rsidR="006304A5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  <w:p w14:paraId="6A3AC868" w14:textId="77777777" w:rsidR="00DB7914" w:rsidRPr="00DB7914" w:rsidRDefault="00DB7914">
            <w:pPr>
              <w:rPr>
                <w:rFonts w:ascii="Calibri Light" w:hAnsi="Calibri Light" w:cs="Calibri Light"/>
                <w:lang w:val="nl-NL"/>
              </w:rPr>
            </w:pPr>
          </w:p>
        </w:tc>
      </w:tr>
    </w:tbl>
    <w:p w14:paraId="37E69397" w14:textId="77777777" w:rsidR="006304A5" w:rsidRPr="00DB7914" w:rsidRDefault="006304A5">
      <w:pPr>
        <w:rPr>
          <w:rFonts w:ascii="Calibri Light" w:hAnsi="Calibri Light" w:cs="Calibri Light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B03463" w14:paraId="04C8D195" w14:textId="77777777" w:rsidTr="00DC065A">
        <w:tc>
          <w:tcPr>
            <w:tcW w:w="14400" w:type="dxa"/>
            <w:shd w:val="clear" w:color="auto" w:fill="EEEE00"/>
          </w:tcPr>
          <w:p w14:paraId="23B8D4CF" w14:textId="77777777" w:rsidR="006304A5" w:rsidRPr="00B03463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Segoe UI Emoji" w:hAnsi="Segoe UI Emoji" w:cs="Segoe UI Emoji"/>
                <w:b/>
                <w:sz w:val="28"/>
              </w:rPr>
              <w:t>💭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Wat merk ik bij mezelf? </w:t>
            </w:r>
            <w:r w:rsidRPr="00B03463">
              <w:rPr>
                <w:rFonts w:ascii="Calibri Light" w:hAnsi="Calibri Light" w:cs="Calibri Light"/>
                <w:b/>
                <w:sz w:val="28"/>
                <w:lang w:val="nl-NL"/>
              </w:rPr>
              <w:t>(gevoel, gedachten)</w:t>
            </w:r>
          </w:p>
        </w:tc>
      </w:tr>
      <w:tr w:rsidR="006304A5" w:rsidRPr="00B03463" w14:paraId="1F8CD134" w14:textId="77777777">
        <w:tc>
          <w:tcPr>
            <w:tcW w:w="14400" w:type="dxa"/>
          </w:tcPr>
          <w:p w14:paraId="271D0670" w14:textId="372D2077" w:rsidR="006304A5" w:rsidRPr="00B03463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B03463">
              <w:rPr>
                <w:rFonts w:ascii="Calibri Light" w:hAnsi="Calibri Light" w:cs="Calibri Light"/>
                <w:lang w:val="nl-NL"/>
              </w:rPr>
              <w:br/>
            </w:r>
            <w:r w:rsidRPr="00B03463">
              <w:rPr>
                <w:rFonts w:ascii="Calibri Light" w:hAnsi="Calibri Light" w:cs="Calibri Light"/>
                <w:lang w:val="nl-NL"/>
              </w:rPr>
              <w:br/>
            </w:r>
            <w:r w:rsidRPr="00B03463">
              <w:rPr>
                <w:rFonts w:ascii="Calibri Light" w:hAnsi="Calibri Light" w:cs="Calibri Light"/>
                <w:lang w:val="nl-NL"/>
              </w:rPr>
              <w:lastRenderedPageBreak/>
              <w:br/>
            </w:r>
          </w:p>
        </w:tc>
      </w:tr>
    </w:tbl>
    <w:p w14:paraId="78427B8C" w14:textId="77777777" w:rsidR="006304A5" w:rsidRPr="00B03463" w:rsidRDefault="006304A5">
      <w:pPr>
        <w:rPr>
          <w:rFonts w:ascii="Calibri Light" w:hAnsi="Calibri Light" w:cs="Calibri Light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DC065A" w14:paraId="47CA9836" w14:textId="77777777" w:rsidTr="00DC065A">
        <w:tc>
          <w:tcPr>
            <w:tcW w:w="14400" w:type="dxa"/>
            <w:shd w:val="clear" w:color="auto" w:fill="EEEE00"/>
          </w:tcPr>
          <w:p w14:paraId="298AAAE3" w14:textId="7777777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Segoe UI Emoji" w:hAnsi="Segoe UI Emoji" w:cs="Segoe UI Emoji"/>
                <w:b/>
                <w:sz w:val="28"/>
              </w:rPr>
              <w:t>🌱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Wat helpt mij om verder te gaan?</w:t>
            </w:r>
          </w:p>
        </w:tc>
      </w:tr>
      <w:tr w:rsidR="006304A5" w:rsidRPr="00DC065A" w14:paraId="66C353EC" w14:textId="77777777">
        <w:tc>
          <w:tcPr>
            <w:tcW w:w="14400" w:type="dxa"/>
          </w:tcPr>
          <w:p w14:paraId="555EC341" w14:textId="77777777" w:rsid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  <w:p w14:paraId="423E2FFA" w14:textId="7B6B105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</w:tc>
      </w:tr>
    </w:tbl>
    <w:p w14:paraId="6E777739" w14:textId="77777777" w:rsidR="006304A5" w:rsidRPr="00DB7914" w:rsidRDefault="006304A5">
      <w:pPr>
        <w:rPr>
          <w:rFonts w:ascii="Calibri Light" w:hAnsi="Calibri Light" w:cs="Calibri Light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DC065A" w14:paraId="598B6B65" w14:textId="77777777" w:rsidTr="00DC065A">
        <w:tc>
          <w:tcPr>
            <w:tcW w:w="14400" w:type="dxa"/>
            <w:shd w:val="clear" w:color="auto" w:fill="EEEE00"/>
          </w:tcPr>
          <w:p w14:paraId="7825B486" w14:textId="7777777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Segoe UI Emoji" w:hAnsi="Segoe UI Emoji" w:cs="Segoe UI Emoji"/>
                <w:b/>
                <w:sz w:val="28"/>
              </w:rPr>
              <w:t>⭐</w:t>
            </w:r>
            <w:r w:rsidRPr="00DB7914">
              <w:rPr>
                <w:rFonts w:ascii="Calibri Light" w:hAnsi="Calibri Light" w:cs="Calibri Light"/>
                <w:b/>
                <w:sz w:val="28"/>
              </w:rPr>
              <w:t>️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Wat ging beter? Wat wil ik vasthouden?</w:t>
            </w:r>
          </w:p>
        </w:tc>
      </w:tr>
      <w:tr w:rsidR="006304A5" w:rsidRPr="00DC065A" w14:paraId="2DB3BBDF" w14:textId="77777777">
        <w:tc>
          <w:tcPr>
            <w:tcW w:w="14400" w:type="dxa"/>
          </w:tcPr>
          <w:p w14:paraId="47C7A20E" w14:textId="77777777" w:rsid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  <w:p w14:paraId="54A3DF20" w14:textId="2F7572F3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</w:tc>
      </w:tr>
    </w:tbl>
    <w:p w14:paraId="633B2D68" w14:textId="77777777" w:rsidR="006304A5" w:rsidRPr="00DB7914" w:rsidRDefault="006304A5">
      <w:pPr>
        <w:rPr>
          <w:rFonts w:ascii="Calibri Light" w:hAnsi="Calibri Light" w:cs="Calibri Light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400"/>
      </w:tblGrid>
      <w:tr w:rsidR="006304A5" w:rsidRPr="00DC065A" w14:paraId="5A96A271" w14:textId="77777777" w:rsidTr="00DC065A">
        <w:tc>
          <w:tcPr>
            <w:tcW w:w="14400" w:type="dxa"/>
            <w:shd w:val="clear" w:color="auto" w:fill="EEEE00"/>
          </w:tcPr>
          <w:p w14:paraId="7049CEFD" w14:textId="7777777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Segoe UI Symbol" w:hAnsi="Segoe UI Symbol" w:cs="Segoe UI Symbol"/>
                <w:b/>
                <w:sz w:val="28"/>
              </w:rPr>
              <w:t>🖍</w:t>
            </w:r>
            <w:r w:rsidRPr="00DB7914">
              <w:rPr>
                <w:rFonts w:ascii="Calibri Light" w:hAnsi="Calibri Light" w:cs="Calibri Light"/>
                <w:b/>
                <w:sz w:val="28"/>
                <w:lang w:val="nl-NL"/>
              </w:rPr>
              <w:t xml:space="preserve"> Teken of schrijf wat jij belangrijk vindt</w:t>
            </w:r>
          </w:p>
        </w:tc>
      </w:tr>
      <w:tr w:rsidR="006304A5" w:rsidRPr="00DC065A" w14:paraId="13C0DFD0" w14:textId="77777777">
        <w:tc>
          <w:tcPr>
            <w:tcW w:w="14400" w:type="dxa"/>
          </w:tcPr>
          <w:p w14:paraId="5FE29D7E" w14:textId="77777777" w:rsidR="006304A5" w:rsidRPr="00DB7914" w:rsidRDefault="00E52590">
            <w:pPr>
              <w:rPr>
                <w:rFonts w:ascii="Calibri Light" w:hAnsi="Calibri Light" w:cs="Calibri Light"/>
                <w:lang w:val="nl-NL"/>
              </w:rPr>
            </w:pP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  <w:r w:rsidRPr="00DB7914">
              <w:rPr>
                <w:rFonts w:ascii="Calibri Light" w:hAnsi="Calibri Light" w:cs="Calibri Light"/>
                <w:lang w:val="nl-NL"/>
              </w:rPr>
              <w:br/>
            </w:r>
          </w:p>
        </w:tc>
      </w:tr>
    </w:tbl>
    <w:p w14:paraId="6956FDC2" w14:textId="77777777" w:rsidR="00E52590" w:rsidRPr="00DB7914" w:rsidRDefault="00E52590">
      <w:pPr>
        <w:rPr>
          <w:rFonts w:ascii="Calibri Light" w:hAnsi="Calibri Light" w:cs="Calibri Light"/>
          <w:lang w:val="nl-NL"/>
        </w:rPr>
      </w:pPr>
    </w:p>
    <w:sectPr w:rsidR="00E52590" w:rsidRPr="00DB7914" w:rsidSect="007E4FD1">
      <w:footerReference w:type="default" r:id="rId9"/>
      <w:pgSz w:w="158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41C7D" w14:textId="77777777" w:rsidR="007E4FD1" w:rsidRDefault="007E4FD1" w:rsidP="007E4FD1">
      <w:pPr>
        <w:spacing w:after="0" w:line="240" w:lineRule="auto"/>
      </w:pPr>
      <w:r>
        <w:separator/>
      </w:r>
    </w:p>
  </w:endnote>
  <w:endnote w:type="continuationSeparator" w:id="0">
    <w:p w14:paraId="2CB338DB" w14:textId="77777777" w:rsidR="007E4FD1" w:rsidRDefault="007E4FD1" w:rsidP="007E4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8492" w14:textId="2F305E83" w:rsidR="007E4FD1" w:rsidRPr="001F3667" w:rsidRDefault="001F3667">
    <w:pPr>
      <w:pStyle w:val="Voettekst"/>
      <w:rPr>
        <w:rFonts w:ascii="Calibri Light" w:hAnsi="Calibri Light" w:cs="Calibri Light"/>
        <w:sz w:val="18"/>
        <w:szCs w:val="18"/>
        <w:lang w:val="nl-NL"/>
      </w:rPr>
    </w:pPr>
    <w:r w:rsidRPr="00A4240F">
      <w:rPr>
        <w:rFonts w:ascii="Calibri Light" w:hAnsi="Calibri Light" w:cs="Calibri Light"/>
        <w:sz w:val="18"/>
        <w:szCs w:val="18"/>
        <w:lang w:val="nl-NL"/>
      </w:rPr>
      <w:t xml:space="preserve">¹ Deze kijkwijzer is ontwikkeld binnen de programmalijn </w:t>
    </w:r>
    <w:r>
      <w:rPr>
        <w:rFonts w:ascii="Calibri Light" w:hAnsi="Calibri Light" w:cs="Calibri Light"/>
        <w:sz w:val="18"/>
        <w:szCs w:val="18"/>
        <w:lang w:val="nl-NL"/>
      </w:rPr>
      <w:t xml:space="preserve">pedagogisch klimaat </w:t>
    </w:r>
    <w:r w:rsidRPr="00A4240F">
      <w:rPr>
        <w:rFonts w:ascii="Calibri Light" w:hAnsi="Calibri Light" w:cs="Calibri Light"/>
        <w:sz w:val="18"/>
        <w:szCs w:val="18"/>
        <w:lang w:val="nl-NL"/>
      </w:rPr>
      <w:t xml:space="preserve">van SWV </w:t>
    </w:r>
    <w:r>
      <w:rPr>
        <w:rFonts w:ascii="Calibri Light" w:hAnsi="Calibri Light" w:cs="Calibri Light"/>
        <w:sz w:val="18"/>
        <w:szCs w:val="18"/>
        <w:lang w:val="nl-NL"/>
      </w:rPr>
      <w:t xml:space="preserve">PO </w:t>
    </w:r>
    <w:r w:rsidRPr="00A4240F">
      <w:rPr>
        <w:rFonts w:ascii="Calibri Light" w:hAnsi="Calibri Light" w:cs="Calibri Light"/>
        <w:sz w:val="18"/>
        <w:szCs w:val="18"/>
        <w:lang w:val="nl-NL"/>
      </w:rPr>
      <w:t>ZOUT en sluit</w:t>
    </w:r>
    <w:r>
      <w:rPr>
        <w:rFonts w:ascii="Calibri Light" w:hAnsi="Calibri Light" w:cs="Calibri Light"/>
        <w:sz w:val="18"/>
        <w:szCs w:val="18"/>
        <w:lang w:val="nl-NL"/>
      </w:rPr>
      <w:t xml:space="preserve"> ook</w:t>
    </w:r>
    <w:r w:rsidRPr="00A4240F">
      <w:rPr>
        <w:rFonts w:ascii="Calibri Light" w:hAnsi="Calibri Light" w:cs="Calibri Light"/>
        <w:sz w:val="18"/>
        <w:szCs w:val="18"/>
        <w:lang w:val="nl-NL"/>
      </w:rPr>
      <w:t xml:space="preserve"> aan bij het handelingsgericht werken (HGW) en het schema </w:t>
    </w:r>
    <w:r>
      <w:rPr>
        <w:rFonts w:ascii="Calibri Light" w:hAnsi="Calibri Light" w:cs="Calibri Light"/>
        <w:sz w:val="18"/>
        <w:szCs w:val="18"/>
        <w:lang w:val="nl-NL"/>
      </w:rPr>
      <w:t>O</w:t>
    </w:r>
    <w:r w:rsidRPr="00A4240F">
      <w:rPr>
        <w:rFonts w:ascii="Calibri Light" w:hAnsi="Calibri Light" w:cs="Calibri Light"/>
        <w:sz w:val="18"/>
        <w:szCs w:val="18"/>
        <w:lang w:val="nl-NL"/>
      </w:rPr>
      <w:t>ndersteuningsniveaus van een sterke onderwijscontext</w:t>
    </w:r>
    <w:r>
      <w:rPr>
        <w:rFonts w:ascii="Calibri Light" w:hAnsi="Calibri Light" w:cs="Calibri Light"/>
        <w:sz w:val="18"/>
        <w:szCs w:val="18"/>
        <w:lang w:val="nl-NL"/>
      </w:rPr>
      <w:t xml:space="preserve"> uit de programmalijn sterke basis.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343FA" w14:textId="77777777" w:rsidR="007E4FD1" w:rsidRDefault="007E4FD1" w:rsidP="007E4FD1">
      <w:pPr>
        <w:spacing w:after="0" w:line="240" w:lineRule="auto"/>
      </w:pPr>
      <w:r>
        <w:separator/>
      </w:r>
    </w:p>
  </w:footnote>
  <w:footnote w:type="continuationSeparator" w:id="0">
    <w:p w14:paraId="0788AB6B" w14:textId="77777777" w:rsidR="007E4FD1" w:rsidRDefault="007E4FD1" w:rsidP="007E4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503077">
    <w:abstractNumId w:val="8"/>
  </w:num>
  <w:num w:numId="2" w16cid:durableId="466048061">
    <w:abstractNumId w:val="6"/>
  </w:num>
  <w:num w:numId="3" w16cid:durableId="2049452820">
    <w:abstractNumId w:val="5"/>
  </w:num>
  <w:num w:numId="4" w16cid:durableId="1410154664">
    <w:abstractNumId w:val="4"/>
  </w:num>
  <w:num w:numId="5" w16cid:durableId="1747653077">
    <w:abstractNumId w:val="7"/>
  </w:num>
  <w:num w:numId="6" w16cid:durableId="1155218340">
    <w:abstractNumId w:val="3"/>
  </w:num>
  <w:num w:numId="7" w16cid:durableId="2064675419">
    <w:abstractNumId w:val="2"/>
  </w:num>
  <w:num w:numId="8" w16cid:durableId="815337905">
    <w:abstractNumId w:val="1"/>
  </w:num>
  <w:num w:numId="9" w16cid:durableId="101627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F3667"/>
    <w:rsid w:val="0029639D"/>
    <w:rsid w:val="00326F90"/>
    <w:rsid w:val="004E7862"/>
    <w:rsid w:val="00513FE6"/>
    <w:rsid w:val="006304A5"/>
    <w:rsid w:val="007E4FD1"/>
    <w:rsid w:val="009F517D"/>
    <w:rsid w:val="00AA1D8D"/>
    <w:rsid w:val="00B03463"/>
    <w:rsid w:val="00B47730"/>
    <w:rsid w:val="00CB0664"/>
    <w:rsid w:val="00DB7914"/>
    <w:rsid w:val="00DC065A"/>
    <w:rsid w:val="00E5259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00160D2"/>
  <w14:defaultImageDpi w14:val="300"/>
  <w15:docId w15:val="{2E387098-467E-411A-8B3B-FAA6516D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2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Renske Pieters</cp:lastModifiedBy>
  <cp:revision>5</cp:revision>
  <dcterms:created xsi:type="dcterms:W3CDTF">2025-10-08T18:26:00Z</dcterms:created>
  <dcterms:modified xsi:type="dcterms:W3CDTF">2025-11-07T12:05:00Z</dcterms:modified>
  <cp:category/>
</cp:coreProperties>
</file>